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Техническое задание на сайт</w:t>
      </w:r>
    </w:p>
    <w:p>
      <w:r>
        <w:rPr>
          <w:i/>
          <w:color w:val="808080"/>
        </w:rPr>
        <w:t>Шаблон от DevUnit Lab. Инструкция с примерами: https://www.devunit-lab.ru/blog/kak-sostavit-tz-na-sajt</w:t>
      </w:r>
    </w:p>
    <w:p>
      <w:r>
        <w:rPr>
          <w:i/>
          <w:color w:val="808080"/>
        </w:rPr>
        <w:t>Пишите своими словами, как объяснили бы новому сотруднику. Не знаете ответ — так и</w:t>
      </w:r>
    </w:p>
    <w:p>
      <w:r>
        <w:rPr>
          <w:i/>
          <w:color w:val="808080"/>
        </w:rPr>
        <w:t>напишите «не знаю», подрядчик спросит. Подсказки в квадратных скобках можно стереть.</w:t>
      </w:r>
    </w:p>
    <w:p>
      <w:r>
        <w:rPr>
          <w:i/>
          <w:color w:val="808080"/>
        </w:rPr>
        <w:t>Непонятные слова объяснены в справочнике: https://www.devunit-lab.ru/glossary</w:t>
      </w:r>
    </w:p>
    <w:p>
      <w:pPr>
        <w:pStyle w:val="Heading1"/>
      </w:pPr>
      <w:r>
        <w:t>0. Коротко о вас</w:t>
      </w:r>
    </w:p>
    <w:p>
      <w:pPr>
        <w:pStyle w:val="ListBullet"/>
      </w:pPr>
      <w:r>
        <w:t xml:space="preserve">Чем занимается ваша компания: </w:t>
      </w:r>
      <w:r>
        <w:rPr>
          <w:i/>
          <w:color w:val="808080"/>
        </w:rPr>
        <w:t>[одно-два предложения]</w:t>
      </w:r>
    </w:p>
    <w:p>
      <w:pPr>
        <w:pStyle w:val="ListBullet"/>
      </w:pPr>
      <w:r>
        <w:t xml:space="preserve">Есть ли сайт сейчас: </w:t>
      </w:r>
      <w:r>
        <w:rPr>
          <w:i/>
          <w:color w:val="808080"/>
        </w:rPr>
        <w:t>[адрес или «нет»]</w:t>
      </w:r>
    </w:p>
    <w:p>
      <w:pPr>
        <w:pStyle w:val="ListBullet"/>
      </w:pPr>
      <w:r>
        <w:t xml:space="preserve">Зачем нужен новый сайт: </w:t>
      </w:r>
      <w:r>
        <w:rPr>
          <w:i/>
          <w:color w:val="808080"/>
        </w:rPr>
        <w:t>[например: больше заявок, продавать онлайн, меньше звонков]</w:t>
      </w:r>
    </w:p>
    <w:p>
      <w:pPr>
        <w:pStyle w:val="ListBullet"/>
      </w:pPr>
      <w:r>
        <w:t xml:space="preserve">Как поймём, что сайт работает: </w:t>
      </w:r>
      <w:r>
        <w:rPr>
          <w:i/>
          <w:color w:val="808080"/>
        </w:rPr>
        <w:t>[например: 20 заявок в месяц, клиенты записываются сами]</w:t>
      </w:r>
    </w:p>
    <w:p>
      <w:pPr>
        <w:pStyle w:val="ListBullet"/>
      </w:pPr>
      <w:r>
        <w:t xml:space="preserve">Когда нужен сайт и почему к этой дате: </w:t>
      </w:r>
      <w:r>
        <w:rPr>
          <w:i/>
          <w:color w:val="808080"/>
        </w:rPr>
        <w:t>[…]</w:t>
      </w:r>
    </w:p>
    <w:p>
      <w:pPr>
        <w:pStyle w:val="ListBullet"/>
      </w:pPr>
      <w:r>
        <w:t xml:space="preserve">Сколько готовы потратить: </w:t>
      </w:r>
      <w:r>
        <w:rPr>
          <w:i/>
          <w:color w:val="808080"/>
        </w:rPr>
        <w:t>[сумма или «от и до»]</w:t>
      </w:r>
    </w:p>
    <w:p>
      <w:pPr>
        <w:pStyle w:val="ListBullet"/>
      </w:pPr>
      <w:r>
        <w:t xml:space="preserve">Кто с вашей стороны отвечает на вопросы: </w:t>
      </w:r>
      <w:r>
        <w:rPr>
          <w:i/>
          <w:color w:val="808080"/>
        </w:rPr>
        <w:t>[имя и контакт]</w:t>
      </w:r>
    </w:p>
    <w:p>
      <w:pPr>
        <w:pStyle w:val="Heading1"/>
      </w:pPr>
      <w:r>
        <w:t>1. Что сайт должен делать</w:t>
      </w:r>
    </w:p>
    <w:p>
      <w:r>
        <w:t>Пишите действия, а не впечатления. Не «удобный современный сайт», а «покупатель выбирает товар и размер, оформляет заказ без регистрации, я получаю заказ в Telegram».</w:t>
      </w:r>
    </w:p>
    <w:p>
      <w:pPr>
        <w:pStyle w:val="ListNumber"/>
      </w:pPr>
      <w:r>
        <w:rPr>
          <w:i/>
          <w:color w:val="808080"/>
        </w:rPr>
        <w:t>[…]</w:t>
      </w:r>
    </w:p>
    <w:p>
      <w:pPr>
        <w:pStyle w:val="ListNumber"/>
      </w:pPr>
      <w:r>
        <w:rPr>
          <w:i/>
          <w:color w:val="808080"/>
        </w:rPr>
        <w:t>[…]</w:t>
      </w:r>
    </w:p>
    <w:p>
      <w:pPr>
        <w:pStyle w:val="ListNumber"/>
      </w:pPr>
      <w:r>
        <w:rPr>
          <w:i/>
          <w:color w:val="808080"/>
        </w:rPr>
        <w:t>[…]</w:t>
      </w:r>
    </w:p>
    <w:p>
      <w:pPr>
        <w:pStyle w:val="Heading1"/>
      </w:pPr>
      <w:r>
        <w:t>2. Кто будет пользоваться сайтом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Кто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Что это за люди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Что делают на сайте</w:t>
            </w:r>
          </w:p>
        </w:tc>
      </w:tr>
      <w:tr>
        <w:tc>
          <w:tcPr>
            <w:tcW w:type="dxa" w:w="2880"/>
          </w:tcPr>
          <w:p>
            <w:r/>
            <w:r>
              <w:t>Клиенты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808080"/>
              </w:rPr>
              <w:t>[например: родители школьников, в основном с телефона]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808080"/>
              </w:rPr>
              <w:t>[смотрят каталог, заказывают]</w:t>
            </w:r>
          </w:p>
        </w:tc>
      </w:tr>
      <w:tr>
        <w:tc>
          <w:tcPr>
            <w:tcW w:type="dxa" w:w="2880"/>
          </w:tcPr>
          <w:p>
            <w:r/>
            <w:r>
              <w:t>Постоянные клиенты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808080"/>
              </w:rPr>
              <w:t>[…]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808080"/>
              </w:rPr>
              <w:t>[личный кабинет, прошлые заказы]</w:t>
            </w:r>
          </w:p>
        </w:tc>
      </w:tr>
      <w:tr>
        <w:tc>
          <w:tcPr>
            <w:tcW w:type="dxa" w:w="2880"/>
          </w:tcPr>
          <w:p>
            <w:r/>
            <w:r>
              <w:t>Ваши сотрудники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808080"/>
              </w:rPr>
              <w:t>[…]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808080"/>
              </w:rPr>
              <w:t>[принимают заказы]</w:t>
            </w:r>
          </w:p>
        </w:tc>
      </w:tr>
      <w:tr>
        <w:tc>
          <w:tcPr>
            <w:tcW w:type="dxa" w:w="2880"/>
          </w:tcPr>
          <w:p>
            <w:r/>
            <w:r>
              <w:t>Вы как владелец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808080"/>
              </w:rPr>
              <w:t>[…]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808080"/>
              </w:rPr>
              <w:t>[меняете товары, цены, тексты]</w:t>
            </w:r>
          </w:p>
        </w:tc>
      </w:tr>
    </w:tbl>
    <w:p>
      <w:pPr>
        <w:pStyle w:val="Heading1"/>
      </w:pPr>
      <w:r>
        <w:t>3. Какие будут страницы</w:t>
      </w:r>
    </w:p>
    <w:p>
      <w:r>
        <w:t>Перечислите столбиком. Можно подсмотреть у конкурентов.</w:t>
      </w:r>
    </w:p>
    <w:p>
      <w:r>
        <w:rPr>
          <w:rFonts w:ascii="Consolas" w:hAnsi="Consolas"/>
          <w:sz w:val="20"/>
        </w:rPr>
        <w:t>Главная</w:t>
        <w:br/>
        <w:t>Каталог</w:t>
        <w:br/>
        <w:t xml:space="preserve"> ├── Раздел каталога</w:t>
        <w:br/>
        <w:t xml:space="preserve"> └── Страница товара</w:t>
        <w:br/>
        <w:t>Корзина</w:t>
        <w:br/>
        <w:t>Личный кабинет</w:t>
        <w:br/>
        <w:t>О компании</w:t>
        <w:br/>
        <w:t>Контакты</w:t>
      </w:r>
    </w:p>
    <w:p>
      <w:pPr>
        <w:pStyle w:val="Heading1"/>
      </w:pPr>
      <w:r>
        <w:t>4. Что есть на каждой странице</w:t>
      </w:r>
    </w:p>
    <w:p>
      <w:r>
        <w:t>Для каждой страницы — что на ней видно и что можно сделать.</w:t>
      </w:r>
    </w:p>
    <w:p>
      <w:pPr>
        <w:pStyle w:val="Heading2"/>
      </w:pPr>
      <w:r>
        <w:t>Главная</w:t>
      </w:r>
    </w:p>
    <w:p>
      <w:pPr>
        <w:pStyle w:val="ListBullet"/>
      </w:pPr>
      <w:r>
        <w:rPr>
          <w:i/>
          <w:color w:val="808080"/>
        </w:rPr>
        <w:t>[…]</w:t>
      </w:r>
    </w:p>
    <w:p>
      <w:pPr>
        <w:pStyle w:val="Heading2"/>
      </w:pPr>
      <w:r>
        <w:t>Страница товара или услуги</w:t>
      </w:r>
    </w:p>
    <w:p>
      <w:pPr>
        <w:pStyle w:val="ListBullet"/>
      </w:pPr>
      <w:r>
        <w:rPr>
          <w:i/>
          <w:color w:val="808080"/>
        </w:rPr>
        <w:t>[…]</w:t>
      </w:r>
    </w:p>
    <w:p>
      <w:pPr>
        <w:pStyle w:val="Heading2"/>
      </w:pPr>
      <w:r>
        <w:t>Личный кабинет (если нужен)</w:t>
      </w:r>
    </w:p>
    <w:p>
      <w:pPr>
        <w:pStyle w:val="ListBullet"/>
      </w:pPr>
      <w:r>
        <w:rPr>
          <w:i/>
          <w:color w:val="808080"/>
        </w:rPr>
        <w:t>[…]</w:t>
      </w:r>
    </w:p>
    <w:p>
      <w:pPr>
        <w:pStyle w:val="Heading2"/>
      </w:pPr>
      <w:r>
        <w:t>Что я хочу менять сам, без программиста</w:t>
      </w:r>
    </w:p>
    <w:p>
      <w:pPr>
        <w:pStyle w:val="ListBullet"/>
      </w:pPr>
      <w:r>
        <w:rPr>
          <w:i/>
          <w:color w:val="808080"/>
        </w:rPr>
        <w:t>[товары, цены, фото, тексты, акции, график работы, ответы на вопросы…]</w:t>
      </w:r>
    </w:p>
    <w:p>
      <w:pPr>
        <w:pStyle w:val="Heading1"/>
      </w:pPr>
      <w:r>
        <w:t>5. С чем сайт должен быть связан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Что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Зачем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Есть ли договор или доступ</w:t>
            </w:r>
          </w:p>
        </w:tc>
      </w:tr>
      <w:tr>
        <w:tc>
          <w:tcPr>
            <w:tcW w:type="dxa" w:w="2880"/>
          </w:tcPr>
          <w:p>
            <w:r/>
            <w:r>
              <w:t>Telegram или почта</w:t>
            </w:r>
          </w:p>
        </w:tc>
        <w:tc>
          <w:tcPr>
            <w:tcW w:type="dxa" w:w="2880"/>
          </w:tcPr>
          <w:p>
            <w:r/>
            <w:r>
              <w:t>приходят заявки и заказы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808080"/>
              </w:rPr>
              <w:t>[…]</w:t>
            </w:r>
          </w:p>
        </w:tc>
      </w:tr>
      <w:tr>
        <w:tc>
          <w:tcPr>
            <w:tcW w:type="dxa" w:w="2880"/>
          </w:tcPr>
          <w:p>
            <w:r/>
            <w:r>
              <w:t>Программа для клиентов (Битрикс24, amoCRM…)</w:t>
            </w:r>
          </w:p>
        </w:tc>
        <w:tc>
          <w:tcPr>
            <w:tcW w:type="dxa" w:w="2880"/>
          </w:tcPr>
          <w:p>
            <w:r/>
            <w:r>
              <w:t>заявки сразу туда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808080"/>
              </w:rPr>
              <w:t>[…]</w:t>
            </w:r>
          </w:p>
        </w:tc>
      </w:tr>
      <w:tr>
        <w:tc>
          <w:tcPr>
            <w:tcW w:type="dxa" w:w="2880"/>
          </w:tcPr>
          <w:p>
            <w:r/>
            <w:r>
              <w:t>1С или склад</w:t>
            </w:r>
          </w:p>
        </w:tc>
        <w:tc>
          <w:tcPr>
            <w:tcW w:type="dxa" w:w="2880"/>
          </w:tcPr>
          <w:p>
            <w:r/>
            <w:r>
              <w:t>настоящие остатки и цены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808080"/>
              </w:rPr>
              <w:t>[…]</w:t>
            </w:r>
          </w:p>
        </w:tc>
      </w:tr>
      <w:tr>
        <w:tc>
          <w:tcPr>
            <w:tcW w:type="dxa" w:w="2880"/>
          </w:tcPr>
          <w:p>
            <w:r/>
            <w:r>
              <w:t>Онлайн-оплата</w:t>
            </w:r>
          </w:p>
        </w:tc>
        <w:tc>
          <w:tcPr>
            <w:tcW w:type="dxa" w:w="2880"/>
          </w:tcPr>
          <w:p>
            <w:r/>
            <w:r>
              <w:t>оплата картой или по СБП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808080"/>
              </w:rPr>
              <w:t>[…]</w:t>
            </w:r>
          </w:p>
        </w:tc>
      </w:tr>
      <w:tr>
        <w:tc>
          <w:tcPr>
            <w:tcW w:type="dxa" w:w="2880"/>
          </w:tcPr>
          <w:p>
            <w:r/>
            <w:r>
              <w:t>Доставка (СДЭК и др.)</w:t>
            </w:r>
          </w:p>
        </w:tc>
        <w:tc>
          <w:tcPr>
            <w:tcW w:type="dxa" w:w="2880"/>
          </w:tcPr>
          <w:p>
            <w:r/>
            <w:r>
              <w:t>расчёт доставки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808080"/>
              </w:rPr>
              <w:t>[…]</w:t>
            </w:r>
          </w:p>
        </w:tc>
      </w:tr>
    </w:tbl>
    <w:p>
      <w:pPr>
        <w:pStyle w:val="Heading1"/>
      </w:pPr>
      <w:r>
        <w:t>6. Что делать, если что-то пошло не так</w:t>
      </w:r>
    </w:p>
    <w:p>
      <w:r>
        <w:t>Ответьте на те вопросы, что подходят вашему сайту.</w:t>
      </w:r>
    </w:p>
    <w:p>
      <w:pPr>
        <w:pStyle w:val="ListBullet"/>
      </w:pPr>
      <w:r>
        <w:t xml:space="preserve">Товар закончился, пока покупатель оформлял заказ: </w:t>
      </w:r>
      <w:r>
        <w:rPr>
          <w:i/>
          <w:color w:val="808080"/>
        </w:rPr>
        <w:t>[…]</w:t>
      </w:r>
    </w:p>
    <w:p>
      <w:pPr>
        <w:pStyle w:val="ListBullet"/>
      </w:pPr>
      <w:r>
        <w:t xml:space="preserve">Оплата не прошла: </w:t>
      </w:r>
      <w:r>
        <w:rPr>
          <w:i/>
          <w:color w:val="808080"/>
        </w:rPr>
        <w:t>[…]</w:t>
      </w:r>
    </w:p>
    <w:p>
      <w:pPr>
        <w:pStyle w:val="ListBullet"/>
      </w:pPr>
      <w:r>
        <w:t xml:space="preserve">Клиент много раз ввёл неверный пароль: </w:t>
      </w:r>
      <w:r>
        <w:rPr>
          <w:i/>
          <w:color w:val="808080"/>
        </w:rPr>
        <w:t>[…]</w:t>
      </w:r>
    </w:p>
    <w:p>
      <w:pPr>
        <w:pStyle w:val="ListBullet"/>
      </w:pPr>
      <w:r>
        <w:t xml:space="preserve">Склад или программа учёта не отвечает — где подождёт заявка и кто об этом узнает: </w:t>
      </w:r>
      <w:r>
        <w:rPr>
          <w:i/>
          <w:color w:val="808080"/>
        </w:rPr>
        <w:t>[…]</w:t>
      </w:r>
    </w:p>
    <w:p>
      <w:pPr>
        <w:pStyle w:val="ListBullet"/>
      </w:pPr>
      <w:r>
        <w:t xml:space="preserve">Заявка пришла ночью или в выходной — кто и когда её увидит: </w:t>
      </w:r>
      <w:r>
        <w:rPr>
          <w:i/>
          <w:color w:val="808080"/>
        </w:rPr>
        <w:t>[…]</w:t>
      </w:r>
    </w:p>
    <w:p>
      <w:pPr>
        <w:pStyle w:val="ListBullet"/>
      </w:pPr>
      <w:r>
        <w:t xml:space="preserve">Клиент просит удалить его данные — кто это сделает: </w:t>
      </w:r>
      <w:r>
        <w:rPr>
          <w:i/>
          <w:color w:val="808080"/>
        </w:rPr>
        <w:t>[…]</w:t>
      </w:r>
    </w:p>
    <w:p>
      <w:pPr>
        <w:pStyle w:val="Heading1"/>
      </w:pPr>
      <w:r>
        <w:t>7. Как сайт должен выглядеть</w:t>
      </w:r>
    </w:p>
    <w:p>
      <w:pPr>
        <w:pStyle w:val="ListBullet"/>
      </w:pPr>
      <w:r>
        <w:t xml:space="preserve">Сайты, которые нравятся, и чем именно: </w:t>
      </w:r>
      <w:r>
        <w:rPr>
          <w:i/>
          <w:color w:val="808080"/>
        </w:rPr>
        <w:t>[…]</w:t>
      </w:r>
    </w:p>
    <w:p>
      <w:pPr>
        <w:pStyle w:val="ListBullet"/>
      </w:pPr>
      <w:r>
        <w:t xml:space="preserve">Сайты, которые не нравятся: </w:t>
      </w:r>
      <w:r>
        <w:rPr>
          <w:i/>
          <w:color w:val="808080"/>
        </w:rPr>
        <w:t>[…]</w:t>
      </w:r>
    </w:p>
    <w:p>
      <w:pPr>
        <w:pStyle w:val="ListBullet"/>
      </w:pPr>
      <w:r>
        <w:t xml:space="preserve">Что уже есть: </w:t>
      </w:r>
      <w:r>
        <w:rPr>
          <w:i/>
          <w:color w:val="808080"/>
        </w:rPr>
        <w:t>[логотип, фирменные цвета, фотографии]</w:t>
      </w:r>
    </w:p>
    <w:p>
      <w:pPr>
        <w:pStyle w:val="ListBullet"/>
      </w:pPr>
      <w:r>
        <w:t xml:space="preserve">Откуда чаще заходят клиенты: </w:t>
      </w:r>
      <w:r>
        <w:rPr>
          <w:i/>
          <w:color w:val="808080"/>
        </w:rPr>
        <w:t>[телефон / компьютер]</w:t>
      </w:r>
    </w:p>
    <w:p>
      <w:pPr>
        <w:pStyle w:val="Heading1"/>
      </w:pPr>
      <w:r>
        <w:t>8. Как вас должны находить в Яндексе и Google</w:t>
      </w:r>
    </w:p>
    <w:p>
      <w:pPr>
        <w:pStyle w:val="ListBullet"/>
      </w:pPr>
      <w:r>
        <w:t xml:space="preserve">5–10 фраз, которыми клиенты ищут ваши товары или услуги (их словами): </w:t>
      </w:r>
      <w:r>
        <w:rPr>
          <w:i/>
          <w:color w:val="808080"/>
        </w:rPr>
        <w:t>[…]</w:t>
      </w:r>
    </w:p>
    <w:p>
      <w:pPr>
        <w:pStyle w:val="ListBullet"/>
      </w:pPr>
      <w:r>
        <w:t xml:space="preserve">Город или регион: </w:t>
      </w:r>
      <w:r>
        <w:rPr>
          <w:i/>
          <w:color w:val="808080"/>
        </w:rPr>
        <w:t>[…]</w:t>
      </w:r>
    </w:p>
    <w:p>
      <w:pPr>
        <w:pStyle w:val="ListBullet"/>
      </w:pPr>
      <w:r>
        <w:t xml:space="preserve">Адрес старого сайта, если его уже находят в поиске: </w:t>
      </w:r>
      <w:r>
        <w:rPr>
          <w:i/>
          <w:color w:val="808080"/>
        </w:rPr>
        <w:t>[…]</w:t>
      </w:r>
    </w:p>
    <w:p>
      <w:r>
        <w:t>Что должен сделать подрядчик (оставьте как есть):</w:t>
      </w:r>
    </w:p>
    <w:p>
      <w:pPr>
        <w:pStyle w:val="ListBullet"/>
      </w:pPr>
      <w:r>
        <w:t xml:space="preserve">☐ </w:t>
      </w:r>
      <w:r>
        <w:t>Заголовок и описание (title, description) у каждой страницы</w:t>
      </w:r>
    </w:p>
    <w:p>
      <w:pPr>
        <w:pStyle w:val="ListBullet"/>
      </w:pPr>
      <w:r>
        <w:t xml:space="preserve">☐ </w:t>
      </w:r>
      <w:r>
        <w:t>Понятные адреса страниц (ЧПУ)</w:t>
      </w:r>
    </w:p>
    <w:p>
      <w:pPr>
        <w:pStyle w:val="ListBullet"/>
      </w:pPr>
      <w:r>
        <w:t xml:space="preserve">☐ </w:t>
      </w:r>
      <w:r>
        <w:t>Карта сайта (sitemap.xml) и robots.txt</w:t>
      </w:r>
    </w:p>
    <w:p>
      <w:pPr>
        <w:pStyle w:val="ListBullet"/>
      </w:pPr>
      <w:r>
        <w:t xml:space="preserve">☐ </w:t>
      </w:r>
      <w:r>
        <w:t>Основной адрес страницы (canonical)</w:t>
      </w:r>
    </w:p>
    <w:p>
      <w:pPr>
        <w:pStyle w:val="ListBullet"/>
      </w:pPr>
      <w:r>
        <w:t xml:space="preserve">☐ </w:t>
      </w:r>
      <w:r>
        <w:t>Микроразметка (JSON-LD): организация, товары, вопросы и ответы</w:t>
      </w:r>
    </w:p>
    <w:p>
      <w:pPr>
        <w:pStyle w:val="ListBullet"/>
      </w:pPr>
      <w:r>
        <w:t xml:space="preserve">☐ </w:t>
      </w:r>
      <w:r>
        <w:t>Превью для мессенджеров (Open Graph)</w:t>
      </w:r>
    </w:p>
    <w:p>
      <w:pPr>
        <w:pStyle w:val="ListBullet"/>
      </w:pPr>
      <w:r>
        <w:t xml:space="preserve">☐ </w:t>
      </w:r>
      <w:r>
        <w:t>Редиректы 301 со старых адресов, если сайт переезжает</w:t>
      </w:r>
    </w:p>
    <w:p>
      <w:pPr>
        <w:pStyle w:val="ListBullet"/>
      </w:pPr>
      <w:r>
        <w:t xml:space="preserve">☐ </w:t>
      </w:r>
      <w:r>
        <w:t>Кабинеты Яндекс Вебмастера и Google Search Console</w:t>
      </w:r>
    </w:p>
    <w:p>
      <w:pPr>
        <w:pStyle w:val="Heading1"/>
      </w:pPr>
      <w:r>
        <w:t>9. Сколько людей и товаров</w:t>
      </w:r>
    </w:p>
    <w:p>
      <w:pPr>
        <w:pStyle w:val="ListBullet"/>
      </w:pPr>
      <w:r>
        <w:t xml:space="preserve">Примерно посетителей в день и в дни акций: </w:t>
      </w:r>
      <w:r>
        <w:rPr>
          <w:i/>
          <w:color w:val="808080"/>
        </w:rPr>
        <w:t>[…]</w:t>
      </w:r>
    </w:p>
    <w:p>
      <w:pPr>
        <w:pStyle w:val="ListBullet"/>
      </w:pPr>
      <w:r>
        <w:t xml:space="preserve">Сколько товаров или страниц сейчас и через год: </w:t>
      </w:r>
      <w:r>
        <w:rPr>
          <w:i/>
          <w:color w:val="808080"/>
        </w:rPr>
        <w:t>[…]</w:t>
      </w:r>
    </w:p>
    <w:p>
      <w:pPr>
        <w:pStyle w:val="Heading1"/>
      </w:pPr>
      <w:r>
        <w:t>10. Что я получаю в конце</w:t>
      </w:r>
    </w:p>
    <w:p>
      <w:r>
        <w:t>Всё оформлено на меня:</w:t>
      </w:r>
    </w:p>
    <w:p>
      <w:pPr>
        <w:pStyle w:val="ListBullet"/>
      </w:pPr>
      <w:r>
        <w:t xml:space="preserve">☐ </w:t>
      </w:r>
      <w:r>
        <w:t>Сам сайт — программный код в моём аккаунте</w:t>
      </w:r>
    </w:p>
    <w:p>
      <w:pPr>
        <w:pStyle w:val="ListBullet"/>
      </w:pPr>
      <w:r>
        <w:t xml:space="preserve">☐ </w:t>
      </w:r>
      <w:r>
        <w:t>Все доступы: хостинг, домен, панель управления, почта, статистика</w:t>
      </w:r>
    </w:p>
    <w:p>
      <w:pPr>
        <w:pStyle w:val="ListBullet"/>
      </w:pPr>
      <w:r>
        <w:t xml:space="preserve">☐ </w:t>
      </w:r>
      <w:r>
        <w:t>Описание сайта: что сделано и как его запустить, если что-то случится</w:t>
      </w:r>
    </w:p>
    <w:p>
      <w:pPr>
        <w:pStyle w:val="ListBullet"/>
      </w:pPr>
      <w:r>
        <w:t xml:space="preserve">☐ </w:t>
      </w:r>
      <w:r>
        <w:t>Инструкция для меня: как добавить товар, поменять текст, посмотреть заявки</w:t>
      </w:r>
    </w:p>
    <w:p>
      <w:pPr>
        <w:pStyle w:val="ListBullet"/>
      </w:pPr>
      <w:r>
        <w:t xml:space="preserve">☐ </w:t>
      </w:r>
      <w:r>
        <w:t>Резервные копии и как из них всё восстановить</w:t>
      </w:r>
    </w:p>
    <w:p>
      <w:pPr>
        <w:pStyle w:val="ListBullet"/>
      </w:pPr>
      <w:r>
        <w:t xml:space="preserve">☐ </w:t>
      </w:r>
      <w:r>
        <w:t>Срок бесплатных исправлений после сдачи и цена поддержки дальше</w:t>
      </w:r>
    </w:p>
    <w:p>
      <w:pPr>
        <w:pStyle w:val="Heading1"/>
      </w:pPr>
      <w:r>
        <w:t>11. Как проверим, что всё готово</w:t>
      </w:r>
    </w:p>
    <w:p>
      <w:r>
        <w:t>Простые проверки, которые я пройду сам:</w:t>
      </w:r>
    </w:p>
    <w:p>
      <w:pPr>
        <w:pStyle w:val="ListNumber"/>
      </w:pPr>
      <w:r>
        <w:rPr>
          <w:i/>
          <w:color w:val="808080"/>
        </w:rPr>
        <w:t>[Я оформил заказ с телефона за две минуты и получил уведомление]</w:t>
      </w:r>
    </w:p>
    <w:p>
      <w:pPr>
        <w:pStyle w:val="ListNumber"/>
      </w:pPr>
      <w:r>
        <w:rPr>
          <w:i/>
          <w:color w:val="808080"/>
        </w:rPr>
        <w:t>[Я сам добавил товар с фото, снятым на телефон]</w:t>
      </w:r>
    </w:p>
    <w:p>
      <w:pPr>
        <w:pStyle w:val="ListNumber"/>
      </w:pPr>
      <w:r>
        <w:rPr>
          <w:i/>
          <w:color w:val="808080"/>
        </w:rPr>
        <w:t>[…]</w:t>
      </w:r>
    </w:p>
    <w:p/>
    <w:p>
      <w:r>
        <w:t>Не получается заполнить? Опишите задачу своими словами и пришлите нам — составим ТЗ вместе с вами, разбор задачи бесплатный: https://www.devunit-lab.ru/#contact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разработку сайта</dc:title>
  <dc:subject/>
  <dc:creator>DevUnit Lab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